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9C7D" w14:textId="77777777" w:rsidR="00D14874" w:rsidRDefault="0015685B">
      <w:pPr>
        <w:spacing w:after="0"/>
        <w:jc w:val="center"/>
      </w:pPr>
      <w:r>
        <w:rPr>
          <w:b/>
          <w:color w:val="1F4E79"/>
          <w:sz w:val="32"/>
        </w:rPr>
        <w:t>MUNICIPALITY OF SOURIS-GLENWOOD</w:t>
      </w:r>
    </w:p>
    <w:p w14:paraId="636A545B" w14:textId="77777777" w:rsidR="00D14874" w:rsidRDefault="0015685B">
      <w:pPr>
        <w:spacing w:after="160"/>
        <w:jc w:val="center"/>
      </w:pPr>
      <w:r>
        <w:rPr>
          <w:b/>
          <w:sz w:val="30"/>
        </w:rPr>
        <w:t>Employment Opportunity: Utility Operator Trainee</w:t>
      </w:r>
    </w:p>
    <w:p w14:paraId="013304F3" w14:textId="77777777" w:rsidR="00D14874" w:rsidRDefault="0015685B">
      <w:pPr>
        <w:spacing w:after="160"/>
        <w:jc w:val="center"/>
      </w:pPr>
      <w:r>
        <w:rPr>
          <w:i/>
          <w:color w:val="5A5A5A"/>
        </w:rPr>
        <w:t>Operator-in-Training Pathway for Water and Wastewater Operations</w:t>
      </w:r>
    </w:p>
    <w:tbl>
      <w:tblPr>
        <w:tblW w:w="0" w:type="auto"/>
        <w:jc w:val="center"/>
        <w:tblBorders>
          <w:top w:val="single" w:sz="6" w:space="0" w:color="A6BBD2"/>
          <w:left w:val="single" w:sz="6" w:space="0" w:color="A6BBD2"/>
          <w:bottom w:val="single" w:sz="6" w:space="0" w:color="A6BBD2"/>
          <w:right w:val="single" w:sz="6" w:space="0" w:color="A6BBD2"/>
          <w:insideH w:val="single" w:sz="6" w:space="0" w:color="A6BBD2"/>
          <w:insideV w:val="single" w:sz="6" w:space="0" w:color="A6BBD2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D14874" w14:paraId="6C8AE68A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51823F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Position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FE658E" w14:textId="77777777" w:rsidR="00D14874" w:rsidRDefault="0015685B">
            <w:pPr>
              <w:spacing w:after="0"/>
            </w:pPr>
            <w:r>
              <w:rPr>
                <w:sz w:val="21"/>
              </w:rPr>
              <w:t>Utility Operator Trainee / Operator-in-Training</w:t>
            </w:r>
          </w:p>
        </w:tc>
      </w:tr>
      <w:tr w:rsidR="00D14874" w14:paraId="73866939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BB3E83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Department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59DD2A" w14:textId="77777777" w:rsidR="00D14874" w:rsidRDefault="0015685B">
            <w:pPr>
              <w:spacing w:after="0"/>
            </w:pPr>
            <w:r>
              <w:rPr>
                <w:sz w:val="21"/>
              </w:rPr>
              <w:t>Public Works / Utilities</w:t>
            </w:r>
          </w:p>
        </w:tc>
      </w:tr>
      <w:tr w:rsidR="00D14874" w14:paraId="320E6CC8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7FAF2A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Reports to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6F90AF" w14:textId="77777777" w:rsidR="00D14874" w:rsidRDefault="0015685B">
            <w:pPr>
              <w:spacing w:after="0"/>
            </w:pPr>
            <w:r>
              <w:rPr>
                <w:sz w:val="21"/>
              </w:rPr>
              <w:t>Utility Manager or designate</w:t>
            </w:r>
          </w:p>
        </w:tc>
      </w:tr>
      <w:tr w:rsidR="00D14874" w14:paraId="12C1262B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6FFB03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Status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FD916F" w14:textId="77777777" w:rsidR="00D14874" w:rsidRDefault="0015685B">
            <w:pPr>
              <w:spacing w:after="0"/>
            </w:pPr>
            <w:r>
              <w:rPr>
                <w:sz w:val="21"/>
              </w:rPr>
              <w:t>Full-time permanent</w:t>
            </w:r>
          </w:p>
        </w:tc>
      </w:tr>
      <w:tr w:rsidR="00D14874" w14:paraId="7DCD514E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E2071B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Location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75539" w14:textId="77777777" w:rsidR="00D14874" w:rsidRDefault="0015685B">
            <w:pPr>
              <w:spacing w:after="0"/>
            </w:pPr>
            <w:r>
              <w:rPr>
                <w:sz w:val="21"/>
              </w:rPr>
              <w:t>Souris, Manitoba</w:t>
            </w:r>
          </w:p>
        </w:tc>
      </w:tr>
      <w:tr w:rsidR="00D14874" w14:paraId="11B9070B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B5293A" w14:textId="77777777" w:rsidR="00D14874" w:rsidRDefault="0015685B">
            <w:pPr>
              <w:spacing w:after="0"/>
            </w:pPr>
            <w:r>
              <w:rPr>
                <w:b/>
                <w:color w:val="1F4E79"/>
                <w:sz w:val="21"/>
              </w:rPr>
              <w:t>Posting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B74B4" w14:textId="77777777" w:rsidR="00D14874" w:rsidRDefault="0015685B">
            <w:pPr>
              <w:spacing w:after="0"/>
            </w:pPr>
            <w:r>
              <w:rPr>
                <w:sz w:val="21"/>
              </w:rPr>
              <w:t>Open until filled</w:t>
            </w:r>
          </w:p>
        </w:tc>
      </w:tr>
    </w:tbl>
    <w:p w14:paraId="024FE8D2" w14:textId="77777777" w:rsidR="00D14874" w:rsidRDefault="00D14874"/>
    <w:p w14:paraId="4EA38021" w14:textId="77777777" w:rsidR="00D14874" w:rsidRDefault="0015685B">
      <w:pPr>
        <w:pStyle w:val="Heading2"/>
      </w:pPr>
      <w:r>
        <w:t>Position Summary</w:t>
      </w:r>
    </w:p>
    <w:p w14:paraId="71774289" w14:textId="77777777" w:rsidR="00D14874" w:rsidRDefault="0015685B" w:rsidP="00C94554">
      <w:pPr>
        <w:jc w:val="both"/>
      </w:pPr>
      <w:r>
        <w:t>The Municipality of Souris-Glenwood is seeking a motivated individual interested in building a career in municipal water and wastewater operations.</w:t>
      </w:r>
    </w:p>
    <w:p w14:paraId="1CB7F3F3" w14:textId="77777777" w:rsidR="00D14874" w:rsidRDefault="0015685B">
      <w:pPr>
        <w:jc w:val="both"/>
      </w:pPr>
      <w:r>
        <w:t xml:space="preserve">The successful candidate will work under the supervision </w:t>
      </w:r>
      <w:r w:rsidR="00C61041" w:rsidRPr="00C61041">
        <w:t xml:space="preserve">and direction </w:t>
      </w:r>
      <w:r>
        <w:t xml:space="preserve">of certified operators while learning the operation and maintenance of municipal water and wastewater facilities, distribution systems, and collection systems. The Municipality will support the successful candidate through </w:t>
      </w:r>
      <w:r w:rsidR="00C61041" w:rsidRPr="00C61041">
        <w:t xml:space="preserve">the </w:t>
      </w:r>
      <w:r>
        <w:t>required training and certification progression</w:t>
      </w:r>
      <w:r w:rsidR="00C61041" w:rsidRPr="00C61041">
        <w:t xml:space="preserve"> for these systems</w:t>
      </w:r>
      <w:r>
        <w:t>.</w:t>
      </w:r>
    </w:p>
    <w:p w14:paraId="1AF2E365" w14:textId="77777777" w:rsidR="00D405AB" w:rsidRDefault="00D405AB">
      <w:pPr>
        <w:jc w:val="both"/>
        <w:rPr>
          <w:kern w:val="2"/>
          <w:lang w:val="en-CA" w:eastAsia="en-CA"/>
          <w14:ligatures w14:val="standardContextual"/>
        </w:rPr>
      </w:pPr>
      <w:r>
        <w:t>This role is well suited to someone who is reliable, safety-conscious, mechanically inclined, and interested in developing a long-term career in municipal utilities.</w:t>
      </w:r>
    </w:p>
    <w:p w14:paraId="4FFDC842" w14:textId="77777777" w:rsidR="00D14874" w:rsidRDefault="0015685B" w:rsidP="00C94554">
      <w:pPr>
        <w:pStyle w:val="Heading2"/>
        <w:jc w:val="both"/>
      </w:pPr>
      <w:r>
        <w:t>Training Pathway</w:t>
      </w:r>
    </w:p>
    <w:p w14:paraId="1E3DEAD1" w14:textId="77777777" w:rsidR="00D14874" w:rsidRDefault="00D405AB">
      <w:pPr>
        <w:jc w:val="both"/>
      </w:pPr>
      <w:r w:rsidRPr="00D405AB">
        <w:t xml:space="preserve">This is an Operator-in-Training opportunity. Applicants are not expected to already hold the certifications listed below; however, the successful candidate will be expected to work toward them with support from the Municipality. </w:t>
      </w:r>
      <w:r>
        <w:t>The Municipality will pay for approved training, courses, exam fees, and certification-related costs required for the successful candidate to progress toward the certifications needed for the municipal utility systems.</w:t>
      </w:r>
    </w:p>
    <w:p w14:paraId="339DC929" w14:textId="77777777" w:rsidR="00D14874" w:rsidRDefault="0015685B" w:rsidP="00C94554">
      <w:pPr>
        <w:pStyle w:val="ListBullet"/>
        <w:spacing w:after="40"/>
        <w:jc w:val="both"/>
      </w:pPr>
      <w:r>
        <w:t>Class III Water Treatment Facility</w:t>
      </w:r>
    </w:p>
    <w:p w14:paraId="473B065B" w14:textId="77777777" w:rsidR="00D14874" w:rsidRDefault="0015685B" w:rsidP="00C94554">
      <w:pPr>
        <w:pStyle w:val="ListBullet"/>
        <w:spacing w:after="40"/>
        <w:jc w:val="both"/>
      </w:pPr>
      <w:r>
        <w:t>Class II Wastewater Treatment Facility</w:t>
      </w:r>
    </w:p>
    <w:p w14:paraId="3E6FB071" w14:textId="77777777" w:rsidR="00D14874" w:rsidRDefault="0015685B" w:rsidP="00C94554">
      <w:pPr>
        <w:pStyle w:val="ListBullet"/>
        <w:spacing w:after="40"/>
        <w:jc w:val="both"/>
      </w:pPr>
      <w:r>
        <w:t>Class II Water Distribution System</w:t>
      </w:r>
    </w:p>
    <w:p w14:paraId="5DD0C1A8" w14:textId="77777777" w:rsidR="00D14874" w:rsidRDefault="0015685B" w:rsidP="00C94554">
      <w:pPr>
        <w:pStyle w:val="ListBullet"/>
        <w:spacing w:after="40"/>
        <w:jc w:val="both"/>
      </w:pPr>
      <w:r>
        <w:t>Class II Wastewater Collection System</w:t>
      </w:r>
    </w:p>
    <w:p w14:paraId="2CA2255F" w14:textId="77777777" w:rsidR="00D14874" w:rsidRDefault="0015685B" w:rsidP="00C94554">
      <w:pPr>
        <w:pStyle w:val="Heading2"/>
        <w:jc w:val="both"/>
      </w:pPr>
      <w:r>
        <w:t>Key Responsibilities</w:t>
      </w:r>
    </w:p>
    <w:p w14:paraId="63807118" w14:textId="77777777" w:rsidR="00D14874" w:rsidRDefault="0015685B" w:rsidP="00C94554">
      <w:pPr>
        <w:pStyle w:val="ListBullet"/>
        <w:spacing w:after="40"/>
        <w:jc w:val="both"/>
      </w:pPr>
      <w:r>
        <w:t>Assist certified operators with daily water and wastewater operations.</w:t>
      </w:r>
    </w:p>
    <w:p w14:paraId="517F9FC7" w14:textId="77777777" w:rsidR="00D14874" w:rsidRDefault="0015685B" w:rsidP="00C94554">
      <w:pPr>
        <w:pStyle w:val="ListBullet"/>
        <w:spacing w:after="40"/>
        <w:jc w:val="both"/>
      </w:pPr>
      <w:r>
        <w:t>Learn sampling, testing, monitoring, inspection, and record keeping procedures.</w:t>
      </w:r>
    </w:p>
    <w:p w14:paraId="28216B03" w14:textId="77777777" w:rsidR="00D14874" w:rsidRDefault="0015685B" w:rsidP="00C94554">
      <w:pPr>
        <w:pStyle w:val="ListBullet"/>
        <w:spacing w:after="40"/>
        <w:jc w:val="both"/>
      </w:pPr>
      <w:r>
        <w:t>Assist with maintenance and repairs of utility facilities, water distribution infrastructure, and wastewater collection infrastructure.</w:t>
      </w:r>
    </w:p>
    <w:p w14:paraId="25132423" w14:textId="77777777" w:rsidR="00D14874" w:rsidRDefault="0015685B" w:rsidP="00C94554">
      <w:pPr>
        <w:pStyle w:val="ListBullet"/>
        <w:spacing w:after="40"/>
        <w:jc w:val="both"/>
      </w:pPr>
      <w:r>
        <w:t>Participate in training, mentoring, and certification activities as assigned.</w:t>
      </w:r>
    </w:p>
    <w:p w14:paraId="4FA3B4CB" w14:textId="77777777" w:rsidR="00D14874" w:rsidRDefault="0015685B" w:rsidP="0011067D">
      <w:pPr>
        <w:pStyle w:val="ListBullet"/>
      </w:pPr>
      <w:r>
        <w:t>Assist with service calls, utility emergencies, alarms, and routine inspections under supervision</w:t>
      </w:r>
      <w:r w:rsidR="0011067D" w:rsidRPr="0011067D">
        <w:t xml:space="preserve"> and in accordance with regulatory requirements</w:t>
      </w:r>
      <w:r>
        <w:t>.</w:t>
      </w:r>
    </w:p>
    <w:p w14:paraId="3947BC1D" w14:textId="77777777" w:rsidR="00D14874" w:rsidRDefault="0015685B" w:rsidP="00C94554">
      <w:pPr>
        <w:pStyle w:val="ListBullet"/>
        <w:spacing w:after="40"/>
        <w:jc w:val="both"/>
      </w:pPr>
      <w:r>
        <w:t>Operate tools, equipment, vehicles, and machinery as training and qualifications allow.</w:t>
      </w:r>
    </w:p>
    <w:p w14:paraId="1008722A" w14:textId="77777777" w:rsidR="00D14874" w:rsidRDefault="0015685B" w:rsidP="00C94554">
      <w:pPr>
        <w:pStyle w:val="ListBullet"/>
        <w:spacing w:after="40"/>
        <w:jc w:val="both"/>
      </w:pPr>
      <w:r>
        <w:t>Follow safe work procedures, workplace health and safety requirements, and applicable municipal policies.</w:t>
      </w:r>
    </w:p>
    <w:p w14:paraId="3C0C040B" w14:textId="77777777" w:rsidR="0011067D" w:rsidRPr="0011067D" w:rsidRDefault="0011067D" w:rsidP="0011067D">
      <w:pPr>
        <w:pStyle w:val="ListBullet"/>
      </w:pPr>
      <w:r>
        <w:lastRenderedPageBreak/>
        <w:t>Participate in standby, after-hours call-outs, or emergency response duties as training, certification, and operational requirements allow.</w:t>
      </w:r>
    </w:p>
    <w:p w14:paraId="2F106FA1" w14:textId="77777777" w:rsidR="00D14874" w:rsidRDefault="0015685B" w:rsidP="00C94554">
      <w:pPr>
        <w:pStyle w:val="ListBullet"/>
        <w:spacing w:after="40"/>
        <w:jc w:val="both"/>
      </w:pPr>
      <w:r>
        <w:t>Perform other Public Works and utility-related duties as assigned.</w:t>
      </w:r>
    </w:p>
    <w:p w14:paraId="24973A13" w14:textId="77777777" w:rsidR="00D14874" w:rsidRDefault="0015685B" w:rsidP="00C94554">
      <w:pPr>
        <w:pStyle w:val="Heading2"/>
        <w:jc w:val="both"/>
      </w:pPr>
      <w:r>
        <w:t>Required Qualifications</w:t>
      </w:r>
    </w:p>
    <w:p w14:paraId="589BA26C" w14:textId="77777777" w:rsidR="00D14874" w:rsidRDefault="0015685B" w:rsidP="00C94554">
      <w:pPr>
        <w:pStyle w:val="ListBullet"/>
        <w:spacing w:after="40"/>
        <w:jc w:val="both"/>
      </w:pPr>
      <w:r>
        <w:t>High school diploma or equivalent.</w:t>
      </w:r>
    </w:p>
    <w:p w14:paraId="65B2F9ED" w14:textId="395815D0" w:rsidR="00D14874" w:rsidRDefault="0015685B" w:rsidP="00C94554">
      <w:pPr>
        <w:pStyle w:val="ListBullet"/>
        <w:spacing w:after="40"/>
        <w:jc w:val="both"/>
      </w:pPr>
      <w:r>
        <w:t xml:space="preserve">Valid Class 5 Manitoba Driver's </w:t>
      </w:r>
      <w:r w:rsidR="00C56721">
        <w:t>License</w:t>
      </w:r>
      <w:r>
        <w:t>.</w:t>
      </w:r>
    </w:p>
    <w:p w14:paraId="1E2ADA22" w14:textId="77777777" w:rsidR="00D14874" w:rsidRDefault="0015685B" w:rsidP="00C94554">
      <w:pPr>
        <w:pStyle w:val="ListBullet"/>
        <w:spacing w:after="40"/>
        <w:jc w:val="both"/>
      </w:pPr>
      <w:r>
        <w:t>Mechanical aptitude and a willingness to learn technical and regulatory requirements.</w:t>
      </w:r>
    </w:p>
    <w:p w14:paraId="6CFF0671" w14:textId="77777777" w:rsidR="00D14874" w:rsidRDefault="0015685B" w:rsidP="00C94554">
      <w:pPr>
        <w:pStyle w:val="ListBullet"/>
        <w:spacing w:after="40"/>
        <w:jc w:val="both"/>
      </w:pPr>
      <w:r>
        <w:t>Dependable, safety-conscious, and able to work as part of a team.</w:t>
      </w:r>
    </w:p>
    <w:p w14:paraId="0EA710D1" w14:textId="77777777" w:rsidR="00D14874" w:rsidRDefault="0015685B" w:rsidP="00C94554">
      <w:pPr>
        <w:pStyle w:val="ListBullet"/>
        <w:spacing w:after="40"/>
        <w:jc w:val="both"/>
      </w:pPr>
      <w:r>
        <w:t>Ability to work outdoors in varying weather conditions and perform physically demanding tasks as required.</w:t>
      </w:r>
    </w:p>
    <w:p w14:paraId="3A3CEDD4" w14:textId="77777777" w:rsidR="00D14874" w:rsidRDefault="0015685B" w:rsidP="00C94554">
      <w:pPr>
        <w:pStyle w:val="ListBullet"/>
        <w:spacing w:after="40"/>
        <w:jc w:val="both"/>
      </w:pPr>
      <w:r>
        <w:t>Good communication, basic computer, and record keeping skills.</w:t>
      </w:r>
    </w:p>
    <w:p w14:paraId="4E7CB7EE" w14:textId="77777777" w:rsidR="00D14874" w:rsidRDefault="0015685B" w:rsidP="00C94554">
      <w:pPr>
        <w:pStyle w:val="Heading2"/>
        <w:jc w:val="both"/>
      </w:pPr>
      <w:r>
        <w:t>Asset Qualifications</w:t>
      </w:r>
    </w:p>
    <w:p w14:paraId="21A8FE1A" w14:textId="77777777" w:rsidR="00D14874" w:rsidRDefault="0015685B" w:rsidP="00C94554">
      <w:pPr>
        <w:pStyle w:val="ListBullet"/>
        <w:spacing w:after="40"/>
        <w:jc w:val="both"/>
      </w:pPr>
      <w:r>
        <w:t>Existing Operator-in-Training certification or any Manitoba water or wastewater operator certification.</w:t>
      </w:r>
    </w:p>
    <w:p w14:paraId="6B2900B6" w14:textId="77777777" w:rsidR="00D14874" w:rsidRDefault="0015685B" w:rsidP="00C94554">
      <w:pPr>
        <w:pStyle w:val="ListBullet"/>
        <w:spacing w:after="40"/>
        <w:jc w:val="both"/>
      </w:pPr>
      <w:r>
        <w:t>Experience in municipal operations, construction, agriculture, trades, mechanical maintenance, equipment operation, or a related field.</w:t>
      </w:r>
    </w:p>
    <w:p w14:paraId="1F0D3B15" w14:textId="389070F9" w:rsidR="00D14874" w:rsidRDefault="0015685B" w:rsidP="00C94554">
      <w:pPr>
        <w:pStyle w:val="ListBullet"/>
        <w:spacing w:after="40"/>
        <w:jc w:val="both"/>
      </w:pPr>
      <w:r>
        <w:t xml:space="preserve">Class 3A or higher driver's </w:t>
      </w:r>
      <w:r w:rsidR="00C56721">
        <w:t>license</w:t>
      </w:r>
      <w:r>
        <w:t>.</w:t>
      </w:r>
    </w:p>
    <w:p w14:paraId="59A05CEF" w14:textId="77777777" w:rsidR="00D14874" w:rsidRDefault="0015685B" w:rsidP="00C94554">
      <w:pPr>
        <w:pStyle w:val="ListBullet"/>
        <w:spacing w:after="40"/>
        <w:jc w:val="both"/>
      </w:pPr>
      <w:r>
        <w:t>Experience working around pumps, valves, mechanical systems, controls, or heavy equipment.</w:t>
      </w:r>
    </w:p>
    <w:p w14:paraId="781A2186" w14:textId="77777777" w:rsidR="00D14874" w:rsidRDefault="0015685B" w:rsidP="00C94554">
      <w:pPr>
        <w:pStyle w:val="Heading2"/>
        <w:jc w:val="both"/>
      </w:pPr>
      <w:r>
        <w:t>Training Expectations</w:t>
      </w:r>
    </w:p>
    <w:p w14:paraId="792FDA6A" w14:textId="77777777" w:rsidR="00D14874" w:rsidRDefault="0015685B">
      <w:pPr>
        <w:jc w:val="both"/>
      </w:pPr>
      <w:r>
        <w:t xml:space="preserve">The successful candidate will be expected to actively participate in training, write required certification exams, and </w:t>
      </w:r>
      <w:r w:rsidR="004672DB" w:rsidRPr="004672DB">
        <w:t xml:space="preserve">make reasonable </w:t>
      </w:r>
      <w:r>
        <w:t xml:space="preserve">progress toward the operator certifications required for the Municipality's facilities and systems. </w:t>
      </w:r>
      <w:r w:rsidR="004672DB" w:rsidRPr="004672DB">
        <w:t>Training milestones and wage progression will be reviewed with the successful candidate as part of the Municipality's supported certification pathway.</w:t>
      </w:r>
    </w:p>
    <w:p w14:paraId="15C3D493" w14:textId="77777777" w:rsidR="00D14874" w:rsidRDefault="0015685B" w:rsidP="00C94554">
      <w:pPr>
        <w:pStyle w:val="Heading2"/>
        <w:jc w:val="both"/>
      </w:pPr>
      <w:r>
        <w:t>Compensation</w:t>
      </w:r>
    </w:p>
    <w:p w14:paraId="14BECA32" w14:textId="77777777" w:rsidR="00D14874" w:rsidRDefault="0015685B" w:rsidP="00C94554">
      <w:pPr>
        <w:jc w:val="both"/>
      </w:pPr>
      <w:r>
        <w:t>A competitive trainee wage will be offered based on qualifications and experience. The Municipality will provide training support, certification progression opportunities, a comprehensive benefits package, pension participation, and a supportive learning environment.</w:t>
      </w:r>
    </w:p>
    <w:p w14:paraId="765F9BE1" w14:textId="77777777" w:rsidR="00D14874" w:rsidRDefault="0015685B" w:rsidP="00C94554">
      <w:pPr>
        <w:pStyle w:val="Heading2"/>
        <w:jc w:val="both"/>
      </w:pPr>
      <w:r>
        <w:t>How to Apply</w:t>
      </w:r>
    </w:p>
    <w:p w14:paraId="4CEBFE06" w14:textId="77777777" w:rsidR="00D14874" w:rsidRDefault="0015685B" w:rsidP="00C94554">
      <w:pPr>
        <w:jc w:val="both"/>
      </w:pPr>
      <w:r>
        <w:t>Interested applicants are invited to submit a resume and cover letter to the Municipality of Souris-Glenwood. Applications may be submitted by email, mail, or in person at the Municipal Office.</w:t>
      </w:r>
    </w:p>
    <w:p w14:paraId="147D0C9E" w14:textId="77777777" w:rsidR="00D14874" w:rsidRDefault="0015685B" w:rsidP="00C94554">
      <w:pPr>
        <w:jc w:val="both"/>
      </w:pPr>
      <w:r>
        <w:t>Please include the position title in the subject line or on the application envelope. The posting will remain open until a suitable candidate is selected.</w:t>
      </w:r>
    </w:p>
    <w:p w14:paraId="61E7C805" w14:textId="1499B0FE" w:rsidR="00D14874" w:rsidRDefault="0015685B">
      <w:pPr>
        <w:spacing w:after="240"/>
      </w:pPr>
      <w:r>
        <w:t>Municipality of Souris-Glenwood</w:t>
      </w:r>
      <w:r>
        <w:br/>
        <w:t>100 2nd Street South</w:t>
      </w:r>
      <w:r w:rsidR="00E35750">
        <w:br/>
        <w:t>PO Box 518</w:t>
      </w:r>
      <w:r>
        <w:br/>
        <w:t>Souris, MB  R0K 2C0</w:t>
      </w:r>
      <w:r>
        <w:br/>
        <w:t>Email: sg.cao@</w:t>
      </w:r>
      <w:r w:rsidR="00734FEC" w:rsidRPr="00734FEC">
        <w:t>sourismanitoba</w:t>
      </w:r>
      <w:r>
        <w:t>.com</w:t>
      </w:r>
      <w:r>
        <w:br/>
      </w:r>
    </w:p>
    <w:p w14:paraId="385F5E2E" w14:textId="77777777" w:rsidR="00D14874" w:rsidRDefault="00D14874"/>
    <w:p w14:paraId="3DACD38B" w14:textId="77777777" w:rsidR="00D14874" w:rsidRDefault="0015685B">
      <w:pPr>
        <w:spacing w:before="120" w:after="0"/>
      </w:pPr>
      <w:r>
        <w:rPr>
          <w:i/>
          <w:color w:val="555555"/>
          <w:sz w:val="20"/>
        </w:rPr>
        <w:t>The Municipality of Souris-Glenwood thanks all applicants for their interest. Only those selected for an interview will be contacted. The Municipality is committed to an inclusive and respectful workplace.</w:t>
      </w:r>
    </w:p>
    <w:sectPr w:rsidR="00D14874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8A0B44"/>
    <w:multiLevelType w:val="multilevel"/>
    <w:tmpl w:val="DF8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821A1"/>
    <w:multiLevelType w:val="multilevel"/>
    <w:tmpl w:val="A8CC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040164">
    <w:abstractNumId w:val="8"/>
  </w:num>
  <w:num w:numId="2" w16cid:durableId="231625342">
    <w:abstractNumId w:val="6"/>
  </w:num>
  <w:num w:numId="3" w16cid:durableId="405883803">
    <w:abstractNumId w:val="5"/>
  </w:num>
  <w:num w:numId="4" w16cid:durableId="1470325376">
    <w:abstractNumId w:val="4"/>
  </w:num>
  <w:num w:numId="5" w16cid:durableId="569072744">
    <w:abstractNumId w:val="7"/>
  </w:num>
  <w:num w:numId="6" w16cid:durableId="1273200211">
    <w:abstractNumId w:val="3"/>
  </w:num>
  <w:num w:numId="7" w16cid:durableId="556817829">
    <w:abstractNumId w:val="2"/>
  </w:num>
  <w:num w:numId="8" w16cid:durableId="625896019">
    <w:abstractNumId w:val="1"/>
  </w:num>
  <w:num w:numId="9" w16cid:durableId="2014409176">
    <w:abstractNumId w:val="0"/>
  </w:num>
  <w:num w:numId="10" w16cid:durableId="319579193">
    <w:abstractNumId w:val="10"/>
  </w:num>
  <w:num w:numId="11" w16cid:durableId="904224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67D"/>
    <w:rsid w:val="0015074B"/>
    <w:rsid w:val="0015685B"/>
    <w:rsid w:val="001859AA"/>
    <w:rsid w:val="0029639D"/>
    <w:rsid w:val="00326F90"/>
    <w:rsid w:val="003E5E1A"/>
    <w:rsid w:val="004672DB"/>
    <w:rsid w:val="00734FEC"/>
    <w:rsid w:val="00877FB3"/>
    <w:rsid w:val="00AA1D8D"/>
    <w:rsid w:val="00B47730"/>
    <w:rsid w:val="00BF5049"/>
    <w:rsid w:val="00C56721"/>
    <w:rsid w:val="00C61041"/>
    <w:rsid w:val="00C94554"/>
    <w:rsid w:val="00CB0664"/>
    <w:rsid w:val="00D14874"/>
    <w:rsid w:val="00D405AB"/>
    <w:rsid w:val="00E357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18B336C-EACC-4E78-96E4-082F0C37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Cambria" w:eastAsia="Cambria" w:hAnsi="Cambria"/>
      <w:color w:val="2323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Pannagl (CAO)</dc:creator>
  <cp:keywords/>
  <dc:description>generated by python-docx</dc:description>
  <cp:lastModifiedBy>Rhonda Simon</cp:lastModifiedBy>
  <cp:revision>5</cp:revision>
  <dcterms:created xsi:type="dcterms:W3CDTF">2026-08-17T13:53:00Z</dcterms:created>
  <dcterms:modified xsi:type="dcterms:W3CDTF">2026-08-17T19:35:00Z</dcterms:modified>
  <cp:category/>
</cp:coreProperties>
</file>